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KOP SURAT DINAS</w:t>
      </w:r>
    </w:p>
    <w:p>
      <w:pPr>
        <w:jc w:val="center"/>
      </w:pPr>
      <w:r>
        <w:rPr>
          <w:b/>
        </w:rPr>
        <w:t>KANTOR URUSAN AGAMA KECAMATAN ____________________</w:t>
      </w:r>
    </w:p>
    <w:p>
      <w:pPr>
        <w:jc w:val="center"/>
      </w:pPr>
      <w:r>
        <w:rPr>
          <w:b w:val="0"/>
        </w:rPr>
        <w:t>Alamat: _____________________________________________</w:t>
      </w:r>
    </w:p>
    <w:p/>
    <w:p>
      <w:pPr>
        <w:jc w:val="center"/>
      </w:pPr>
      <w:r>
        <w:rPr>
          <w:b/>
        </w:rPr>
        <w:t>SURAT KETERANGAN</w:t>
      </w:r>
    </w:p>
    <w:p>
      <w:pPr>
        <w:jc w:val="center"/>
      </w:pPr>
      <w:r>
        <w:rPr>
          <w:b w:val="0"/>
        </w:rPr>
        <w:t>NOMOR : _____________________________________________</w:t>
      </w:r>
    </w:p>
    <w:p/>
    <w:p>
      <w:pPr>
        <w:jc w:val="center"/>
      </w:pPr>
      <w:r>
        <w:rPr>
          <w:b/>
        </w:rPr>
        <w:t>TENTANG</w:t>
      </w:r>
    </w:p>
    <w:p>
      <w:pPr>
        <w:jc w:val="center"/>
      </w:pPr>
      <w:r>
        <w:rPr>
          <w:b/>
        </w:rPr>
        <w:t>PENCATATAN PERUBAHAN/PENCABUTAN</w:t>
      </w:r>
    </w:p>
    <w:p>
      <w:pPr>
        <w:jc w:val="center"/>
      </w:pPr>
      <w:r>
        <w:rPr>
          <w:b/>
        </w:rPr>
        <w:t>PELAPORAN PERJANJIAN PERKAWINAN</w:t>
      </w:r>
    </w:p>
    <w:p/>
    <w:p>
      <w:r>
        <w:t>Yang bertanda tangan di bawah ini:</w:t>
      </w:r>
    </w:p>
    <w:p>
      <w:r>
        <w:t>Nama</w:t>
        <w:tab/>
        <w:t>: _____________________________________________</w:t>
      </w:r>
    </w:p>
    <w:p>
      <w:r>
        <w:t>NIP</w:t>
        <w:tab/>
        <w:t>: _____________________________________________</w:t>
      </w:r>
    </w:p>
    <w:p>
      <w:r>
        <w:t>Jabatan</w:t>
        <w:tab/>
        <w:t>: _____________________________________________</w:t>
      </w:r>
    </w:p>
    <w:p/>
    <w:p>
      <w:pPr>
        <w:jc w:val="both"/>
      </w:pPr>
      <w:r>
        <w:t>Menerangkan bahwa berdasarkan akta perjanjian perkawinan dengan nomor : _____________________________________________ tanggal ____________________ bulan ____________________ tahun ____________________ yang dibuat di hadapan Notaris _____________________________________________ yang berkedudukan di _____________________________________________ bahwa sesuai dengan buku nikah yang dikeluarkan oleh KUA Kecamatan/KBRI/KJRI nomor _____________________________________________ tanggal ____________________ bulan ____________________ tahun ____________________ telah dilakukan perubahan/pencabutan atas perjanjian perkawinan nomor _____________________________________________ tanggal ____________________ bulan ____________________ tahun ____________________ yang dibuat di hadapan notaris _____________________________________________ yang berkedudukan di _____________________________________________ sebagai lampiran dalam akta perkawinan.</w:t>
      </w:r>
    </w:p>
    <w:p/>
    <w:p>
      <w:r>
        <w:t>Demikian untuk dimaklumi.</w:t>
      </w:r>
    </w:p>
    <w:p/>
    <w:p>
      <w:pPr>
        <w:jc w:val="right"/>
      </w:pPr>
      <w:r>
        <w:t>...................., ............................ 20...</w:t>
      </w:r>
    </w:p>
    <w:p>
      <w:pPr>
        <w:jc w:val="right"/>
      </w:pPr>
      <w:r>
        <w:t>Kepala KUA Kecamatan</w:t>
      </w:r>
    </w:p>
    <w:p>
      <w:pPr>
        <w:jc w:val="right"/>
      </w:pPr>
      <w:r/>
    </w:p>
    <w:p>
      <w:pPr>
        <w:jc w:val="right"/>
      </w:pPr>
      <w:r/>
    </w:p>
    <w:p>
      <w:pPr>
        <w:jc w:val="right"/>
      </w:pPr>
      <w:r/>
    </w:p>
    <w:p>
      <w:pPr>
        <w:jc w:val="right"/>
      </w:pPr>
      <w:r/>
    </w:p>
    <w:p>
      <w:pPr>
        <w:jc w:val="right"/>
      </w:pPr>
      <w:r>
        <w:t>( ____________________ )</w:t>
      </w:r>
    </w:p>
    <w:p>
      <w:pPr>
        <w:jc w:val="right"/>
      </w:pPr>
      <w:r>
        <w:t>NIP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